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DEEPSEEK AND THE STRAWBERRY</w:t>
      </w:r>
    </w:p>
    <w:p>
      <w:pPr>
        <w:keepNext/>
        <w:suppressAutoHyphens/>
        <w:spacing w:after="180"/>
      </w:pPr>
      <w:r>
        <w:rPr>
          <w:rFonts w:ascii="EB Garamond" w:hAnsi="EB Garamond" w:eastAsia="EB Garamond" w:cs="EB Garamond"/>
          <w:b w:val="0"/>
          <w:i/>
          <w:color w:val="59666D"/>
          <w:sz w:val="26"/>
        </w:rPr>
        <w:t>Observe the thinking process of Deepseek-R1-Qwen-32B as it tries to figure out how many times the letter r appears in Strawberry.</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31 January 2025</w:t>
      </w:r>
    </w:p>
    <w:p>
      <w:pPr>
        <w:spacing w:after="160" w:line="264" w:lineRule="auto"/>
        <w:jc w:val="both"/>
      </w:pPr>
      <w:r>
        <w:rPr>
          <w:rFonts w:ascii="EB Garamond" w:hAnsi="EB Garamond" w:eastAsia="EB Garamond" w:cs="EB Garamond"/>
          <w:b w:val="0"/>
          <w:i w:val="0"/>
          <w:color w:val="182126"/>
          <w:sz w:val="24"/>
        </w:rPr>
        <w:t xml:space="preserve">As the world has been impressed with the engineering that enabled Deepseek-R1, it's also interesting to see the raw thinking process. Unlike OpenAI's O1 where the thinking is hidden behind obfuscation, we can marvel at Deepseek-R1 trying to figure out how many times the letter </w:t>
      </w:r>
      <w:r>
        <w:rPr>
          <w:rFonts w:ascii="EB Garamond" w:hAnsi="EB Garamond" w:eastAsia="EB Garamond" w:cs="EB Garamond"/>
          <w:b/>
          <w:i w:val="0"/>
          <w:color w:val="182126"/>
          <w:sz w:val="24"/>
        </w:rPr>
        <w:t>r</w:t>
      </w:r>
      <w:r>
        <w:rPr>
          <w:rFonts w:ascii="EB Garamond" w:hAnsi="EB Garamond" w:eastAsia="EB Garamond" w:cs="EB Garamond"/>
          <w:b w:val="0"/>
          <w:i w:val="0"/>
          <w:color w:val="182126"/>
          <w:sz w:val="24"/>
        </w:rPr>
        <w:t xml:space="preserve"> appears in the word Strawberry:</w:t>
      </w:r>
    </w:p>
    <w:p>
      <w:pPr>
        <w:spacing w:after="120" w:line="259" w:lineRule="auto"/>
        <w:ind w:left="360"/>
        <w:jc w:val="both"/>
      </w:pPr>
      <w:r>
        <w:rPr>
          <w:rFonts w:ascii="EB Garamond" w:hAnsi="EB Garamond" w:eastAsia="EB Garamond" w:cs="EB Garamond"/>
          <w:b w:val="0"/>
          <w:i/>
          <w:color w:val="182126"/>
          <w:sz w:val="21"/>
        </w:rPr>
      </w:r>
      <w:r>
        <w:rPr>
          <w:rFonts w:ascii="EB Garamond" w:hAnsi="EB Garamond" w:eastAsia="EB Garamond" w:cs="EB Garamond"/>
          <w:b w:val="0"/>
          <w:i/>
          <w:color w:val="182126"/>
          <w:sz w:val="21"/>
        </w:rPr>
        <w:t xml:space="preserve"> Alright, so I got this question: "How often does the letter r appear in the word 'strawberry'?" Hmm, okay. Let me break this down. First off, I need to figure out how to count the letters in a word. That doesn't sound too hard. But wait, maybe there's a trick here? Like maybe some letters are repeated or something.</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Alright, so let me write out the word: S-T-R-A-W-B-E-R-R-Y. Wait, no, that can't be right. Let me check again. 'Strawberry' is spelled S-T-R-A-W-B-E-R-R-Y. So that's 10 letters in total? No, wait, let me count them one by one to make sure.</w:t>
      </w:r>
    </w:p>
    <w:p>
      <w:pPr>
        <w:spacing w:after="120" w:line="259" w:lineRule="auto"/>
        <w:ind w:left="360"/>
        <w:jc w:val="both"/>
      </w:pPr>
      <w:r>
        <w:rPr>
          <w:rFonts w:ascii="EB Garamond" w:hAnsi="EB Garamond" w:eastAsia="EB Garamond" w:cs="EB Garamond"/>
          <w:b w:val="0"/>
          <w:i/>
          <w:color w:val="182126"/>
          <w:sz w:val="21"/>
        </w:rPr>
        <w:t>S (1), T (2), R (3), A (4), W (5), B (6), E (7), R (8), R (9), Y (10). Okay, so it's 10 letters. That seems right because I've heard of the term 'strawberry' before and it does have two 'r's towards the end.</w:t>
      </w:r>
    </w:p>
    <w:p>
      <w:pPr>
        <w:spacing w:after="120" w:line="259" w:lineRule="auto"/>
        <w:ind w:left="360"/>
        <w:jc w:val="both"/>
      </w:pPr>
      <w:r>
        <w:rPr>
          <w:rFonts w:ascii="EB Garamond" w:hAnsi="EB Garamond" w:eastAsia="EB Garamond" w:cs="EB Garamond"/>
          <w:b w:val="0"/>
          <w:i/>
          <w:color w:val="182126"/>
          <w:sz w:val="21"/>
        </w:rPr>
        <w:t>Wait, no—it doesn't. Let me double-check that. Actually, 'strawberry' is spelled S-T-R-A-W-B-E-R-R-Y, which has three 'R's? Wait a minute, maybe I'm adding an extra one. Let me see: S, T, R (1), then A, W, B, E, R (2 and 3). Oh, wait no—it should be R after E. So it's S-T-R-A-W-B-E-R-R-Y, which is R in positions 3, 8, and 9. Wait, that can't be right because 'strawberry' only has two 'R's.</w:t>
      </w:r>
    </w:p>
    <w:p>
      <w:pPr>
        <w:spacing w:after="120" w:line="259" w:lineRule="auto"/>
        <w:ind w:left="360"/>
        <w:jc w:val="both"/>
      </w:pPr>
      <w:r>
        <w:rPr>
          <w:rFonts w:ascii="EB Garamond" w:hAnsi="EB Garamond" w:eastAsia="EB Garamond" w:cs="EB Garamond"/>
          <w:b w:val="0"/>
          <w:i/>
          <w:color w:val="182126"/>
          <w:sz w:val="21"/>
        </w:rPr>
        <w:t>Hold on, maybe I'm making a mistake here. Let me spell it correctly: S-T-R-A-W-B-E-R-R-Y. So between E and Y, there are two R's. Therefore, the 'R's are in positions 3 and then again at the end twice? That doesn't seem right because that would make three 'R's.</w:t>
      </w:r>
    </w:p>
    <w:p>
      <w:pPr>
        <w:spacing w:after="120" w:line="259" w:lineRule="auto"/>
        <w:ind w:left="360"/>
        <w:jc w:val="both"/>
      </w:pPr>
      <w:r>
        <w:rPr>
          <w:rFonts w:ascii="EB Garamond" w:hAnsi="EB Garamond" w:eastAsia="EB Garamond" w:cs="EB Garamond"/>
          <w:b w:val="0"/>
          <w:i/>
          <w:color w:val="182126"/>
          <w:sz w:val="21"/>
        </w:rPr>
        <w:t>Wait no—let me recount the letters correctly without adding an extra. The correct spelling is S-T-R-A-W-B-E-R-R-Y, which has R once early on and then two more Rs towards the end, making it a total of three Rs? But when I actually think about the word, strawberry doesn't have three Rs—it has one near the beginning and another at the end. Wait, that's conflicting.</w:t>
      </w:r>
    </w:p>
    <w:p>
      <w:pPr>
        <w:spacing w:after="120" w:line="259" w:lineRule="auto"/>
        <w:ind w:left="360"/>
        <w:jc w:val="both"/>
      </w:pPr>
      <w:r>
        <w:rPr>
          <w:rFonts w:ascii="EB Garamond" w:hAnsi="EB Garamond" w:eastAsia="EB Garamond" w:cs="EB Garamond"/>
          <w:b w:val="0"/>
          <w:i/>
          <w:color w:val="182126"/>
          <w:sz w:val="21"/>
        </w:rPr>
        <w:t>To resolve this confusion, perhaps I should break down each syllable. 'Straw'berry. So 'straw' is S-T-R-A-W and 'berry' is B-E-R-R-Y. So in 'straw', there's one R, and in 'berry', there are two Rs. Therefore, combined, that makes three Rs total.</w:t>
      </w:r>
    </w:p>
    <w:p>
      <w:pPr>
        <w:spacing w:after="120" w:line="259" w:lineRule="auto"/>
        <w:ind w:left="360"/>
        <w:jc w:val="both"/>
      </w:pPr>
      <w:r>
        <w:rPr>
          <w:rFonts w:ascii="EB Garamond" w:hAnsi="EB Garamond" w:eastAsia="EB Garamond" w:cs="EB Garamond"/>
          <w:b w:val="0"/>
          <w:i/>
          <w:color w:val="182126"/>
          <w:sz w:val="21"/>
        </w:rPr>
        <w:t>But I'm pretty sure that's not correct because when I say strawberry aloud, it doesn't feel like there are three Rs. Let me check a reliable source or maybe type the word out correctly. Alternatively, perhaps I'm overcomplicating this and should just count them properly.</w:t>
      </w:r>
    </w:p>
    <w:p>
      <w:pPr>
        <w:spacing w:after="120" w:line="259" w:lineRule="auto"/>
        <w:ind w:left="360"/>
        <w:jc w:val="both"/>
      </w:pPr>
      <w:r>
        <w:rPr>
          <w:rFonts w:ascii="EB Garamond" w:hAnsi="EB Garamond" w:eastAsia="EB Garamond" w:cs="EB Garamond"/>
          <w:b w:val="0"/>
          <w:i/>
          <w:color w:val="182126"/>
          <w:sz w:val="21"/>
        </w:rPr>
        <w:t>So breaking down 'strawberry' letter by letter:</w:t>
      </w:r>
    </w:p>
    <w:p>
      <w:pPr>
        <w:spacing w:after="120" w:line="259" w:lineRule="auto"/>
        <w:ind w:left="360"/>
        <w:jc w:val="both"/>
      </w:pPr>
      <w:r>
        <w:rPr>
          <w:rFonts w:ascii="EB Garamond" w:hAnsi="EB Garamond" w:eastAsia="EB Garamond" w:cs="EB Garamond"/>
          <w:b w:val="0"/>
          <w:i/>
          <w:color w:val="182126"/>
          <w:sz w:val="21"/>
        </w:rPr>
        <w:t>S</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T</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R</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A</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W</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B</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E</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R</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R</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Y</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Wait, that's positions 3, 8, and 9 as Rs. So that would be three Rs? But when I think of the word, it doesn't sound like there are three separate Rs. Maybe sometimes the double R is pronounced differently, making it sound smoother.</w:t>
      </w:r>
    </w:p>
    <w:p>
      <w:pPr>
        <w:spacing w:after="120" w:line="259" w:lineRule="auto"/>
        <w:ind w:left="360"/>
        <w:jc w:val="both"/>
      </w:pPr>
      <w:r>
        <w:rPr>
          <w:rFonts w:ascii="EB Garamond" w:hAnsi="EB Garamond" w:eastAsia="EB Garamond" w:cs="EB Garamond"/>
          <w:b w:val="0"/>
          <w:i/>
          <w:color w:val="182126"/>
          <w:sz w:val="21"/>
        </w:rPr>
        <w:t>Alternatively, perhaps the correct count is two Rs because after E, it's 'rr' which counts as one R, or maybe they're linked but still considered two letters. So regardless of pronunciation, we have two separate letter Rs: one in position 3 and another at positions 8 and 9 being a double R.</w:t>
      </w:r>
    </w:p>
    <w:p>
      <w:pPr>
        <w:spacing w:after="120" w:line="259" w:lineRule="auto"/>
        <w:ind w:left="360"/>
        <w:jc w:val="both"/>
      </w:pPr>
      <w:r>
        <w:rPr>
          <w:rFonts w:ascii="EB Garamond" w:hAnsi="EB Garamond" w:eastAsia="EB Garamond" w:cs="EB Garamond"/>
          <w:b w:val="0"/>
          <w:i/>
          <w:color w:val="182126"/>
          <w:sz w:val="21"/>
        </w:rPr>
        <w:t>Wait no—the word 'strawberry' is spelled with three Rs: S-T-R-A-W-B-E-R-R-Y. That's correct because after E, it's RRY, so that's two more Rs making it total of three.</w:t>
      </w:r>
    </w:p>
    <w:p>
      <w:pPr>
        <w:spacing w:after="120" w:line="259" w:lineRule="auto"/>
        <w:ind w:left="360"/>
        <w:jc w:val="both"/>
      </w:pPr>
      <w:r>
        <w:rPr>
          <w:rFonts w:ascii="EB Garamond" w:hAnsi="EB Garamond" w:eastAsia="EB Garamond" w:cs="EB Garamond"/>
          <w:b w:val="0"/>
          <w:i/>
          <w:color w:val="182126"/>
          <w:sz w:val="21"/>
        </w:rPr>
        <w:t>But wait, I think this might be incorrect. Let me look up the spelling of strawberry just to confirm. Hmm, according to reliable sources, 'strawberry' is spelled with three Rs: S-T-R-A-W-B-E-R-R-Y. So positions 3, 8, and 9 are Rs.</w:t>
      </w:r>
    </w:p>
    <w:p>
      <w:pPr>
        <w:spacing w:after="120" w:line="259" w:lineRule="auto"/>
        <w:ind w:left="360"/>
        <w:jc w:val="both"/>
      </w:pPr>
      <w:r>
        <w:rPr>
          <w:rFonts w:ascii="EB Garamond" w:hAnsi="EB Garamond" w:eastAsia="EB Garamond" w:cs="EB Garamond"/>
          <w:b w:val="0"/>
          <w:i/>
          <w:color w:val="182126"/>
          <w:sz w:val="21"/>
        </w:rPr>
        <w:t>Wait but that's not right because in English orthography, sometimes double letters count as a single instance but here we're just counting the number of R letters. So regardless of how they're pronounced or if they're doubled, each occurrence is counted individually.</w:t>
      </w:r>
    </w:p>
    <w:p>
      <w:pPr>
        <w:spacing w:after="120" w:line="259" w:lineRule="auto"/>
        <w:ind w:left="360"/>
        <w:jc w:val="both"/>
      </w:pPr>
      <w:r>
        <w:rPr>
          <w:rFonts w:ascii="EB Garamond" w:hAnsi="EB Garamond" w:eastAsia="EB Garamond" w:cs="EB Garamond"/>
          <w:b w:val="0"/>
          <w:i/>
          <w:color w:val="182126"/>
          <w:sz w:val="21"/>
        </w:rPr>
        <w:t>Therefore, in 'strawberry', there are three Rs. However, I'm second-guessing myself because I don't recall hearing it have three separate Rs when spoken. It's either one R at the beginning and a double R near the end, making two distinct instances but written as three letters with a double R.</w:t>
      </w:r>
    </w:p>
    <w:p>
      <w:pPr>
        <w:spacing w:after="120" w:line="259" w:lineRule="auto"/>
        <w:ind w:left="360"/>
        <w:jc w:val="both"/>
      </w:pPr>
      <w:r>
        <w:rPr>
          <w:rFonts w:ascii="EB Garamond" w:hAnsi="EB Garamond" w:eastAsia="EB Garamond" w:cs="EB Garamond"/>
          <w:b w:val="0"/>
          <w:i/>
          <w:color w:val="182126"/>
          <w:sz w:val="21"/>
        </w:rPr>
        <w:t>Wait no—it's 'berry', which is spelled B-E-R-R-Y, so that's two Rs in a row, making the syllable 'berry'. So when combined, 'strawberry' has one R early on and then another R twice near the end. So total of three Rs. But I'm getting confused between the number of letters and instances.</w:t>
      </w:r>
    </w:p>
    <w:p>
      <w:pPr>
        <w:spacing w:after="120" w:line="259" w:lineRule="auto"/>
        <w:ind w:left="360"/>
        <w:jc w:val="both"/>
      </w:pPr>
      <w:r>
        <w:rPr>
          <w:rFonts w:ascii="EB Garamond" w:hAnsi="EB Garamond" w:eastAsia="EB Garamond" w:cs="EB Garamond"/>
          <w:b w:val="0"/>
          <w:i/>
          <w:color w:val="182126"/>
          <w:sz w:val="21"/>
        </w:rPr>
        <w:t>Wait no, let me think differently. If we break down each letter:</w:t>
      </w:r>
    </w:p>
    <w:p>
      <w:pPr>
        <w:spacing w:after="120" w:line="259" w:lineRule="auto"/>
        <w:ind w:left="360"/>
        <w:jc w:val="both"/>
      </w:pPr>
      <w:r>
        <w:rPr>
          <w:rFonts w:ascii="EB Garamond" w:hAnsi="EB Garamond" w:eastAsia="EB Garamond" w:cs="EB Garamond"/>
          <w:b w:val="0"/>
          <w:i/>
          <w:color w:val="182126"/>
          <w:sz w:val="21"/>
        </w:rPr>
        <w:t>1: S</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2: T</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3: R</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4: A</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5: W</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6: B</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7: E</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8: R</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9: R</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10: Y</w:t>
      </w:r>
    </w:p>
    <w:p>
      <w:pPr>
        <w:spacing w:after="120" w:line="259" w:lineRule="auto"/>
        <w:ind w:left="360"/>
        <w:jc w:val="both"/>
      </w:pPr>
      <w:r>
        <w:rPr>
          <w:rFonts w:ascii="EB Garamond" w:hAnsi="EB Garamond" w:eastAsia="EB Garamond" w:cs="EB Garamond"/>
          <w:b w:val="0"/>
          <w:i/>
          <w:color w:val="182126"/>
          <w:sz w:val="21"/>
        </w:rPr>
        <w:t>So that's two Rs near the end from positions 8 and 9, making it three Rs in total. Therefore, the letter 'r' appears three times in the word strawberry.</w:t>
      </w:r>
    </w:p>
    <w:p>
      <w:pPr>
        <w:spacing w:after="120" w:line="259" w:lineRule="auto"/>
        <w:ind w:left="360"/>
        <w:jc w:val="both"/>
      </w:pPr>
      <w:r>
        <w:rPr>
          <w:rFonts w:ascii="EB Garamond" w:hAnsi="EB Garamond" w:eastAsia="EB Garamond" w:cs="EB Garamond"/>
          <w:b w:val="0"/>
          <w:i/>
          <w:color w:val="182126"/>
          <w:sz w:val="21"/>
        </w:rPr>
        <w:t>Wait, but I'm pretty sure in standard spelling, 'strawberry' only has one R after the E—making a double R as one instance but two letters. So maybe that's where the confusion is. Let me confirm this with another approach.</w:t>
      </w:r>
    </w:p>
    <w:p>
      <w:pPr>
        <w:spacing w:after="120" w:line="259" w:lineRule="auto"/>
        <w:ind w:left="360"/>
        <w:jc w:val="both"/>
      </w:pPr>
      <w:r>
        <w:rPr>
          <w:rFonts w:ascii="EB Garamond" w:hAnsi="EB Garamond" w:eastAsia="EB Garamond" w:cs="EB Garamond"/>
          <w:b w:val="0"/>
          <w:i/>
          <w:color w:val="182126"/>
          <w:sz w:val="21"/>
        </w:rPr>
        <w:t>Alternatively, perhaps it's better to look at the word without considering syllables or pronunciation and just count each letter individually. So starting from the beginning:</w:t>
      </w:r>
    </w:p>
    <w:p>
      <w:pPr>
        <w:spacing w:after="120" w:line="259" w:lineRule="auto"/>
        <w:ind w:left="360"/>
        <w:jc w:val="both"/>
      </w:pPr>
      <w:r>
        <w:rPr>
          <w:rFonts w:ascii="EB Garamond" w:hAnsi="EB Garamond" w:eastAsia="EB Garamond" w:cs="EB Garamond"/>
          <w:b w:val="0"/>
          <w:i/>
          <w:color w:val="182126"/>
          <w:sz w:val="21"/>
        </w:rPr>
        <w:t>S (1), T (2), R (3), A (4), W (5), B (6), E (7), R (8), R (9), Y (10).</w:t>
      </w:r>
    </w:p>
    <w:p>
      <w:pPr>
        <w:spacing w:after="120" w:line="259" w:lineRule="auto"/>
        <w:ind w:left="360"/>
        <w:jc w:val="both"/>
      </w:pPr>
      <w:r>
        <w:rPr>
          <w:rFonts w:ascii="EB Garamond" w:hAnsi="EB Garamond" w:eastAsia="EB Garamond" w:cs="EB Garamond"/>
          <w:b w:val="0"/>
          <w:i/>
          <w:color w:val="182126"/>
          <w:sz w:val="21"/>
        </w:rPr>
        <w:t>So in that breakdown, we have Rs at positions 3, 8, and 9. Therefore, three Rs.</w:t>
      </w:r>
    </w:p>
    <w:p>
      <w:pPr>
        <w:spacing w:after="120" w:line="259" w:lineRule="auto"/>
        <w:ind w:left="360"/>
        <w:jc w:val="both"/>
      </w:pPr>
      <w:r>
        <w:rPr>
          <w:rFonts w:ascii="EB Garamond" w:hAnsi="EB Garamond" w:eastAsia="EB Garamond" w:cs="EB Garamond"/>
          <w:b w:val="0"/>
          <w:i/>
          <w:color w:val="182126"/>
          <w:sz w:val="21"/>
        </w:rPr>
        <w:t>But wait, I'm pretty sure when you say 'strawberry', it's pronounced with two Rs—even if written as three letters—so perhaps the confusion comes from how the word is pronounced versus how it's spelled. However, in this case, we're being asked about the spelling, so regardless of pronunciation, each R letter counts.</w:t>
      </w:r>
    </w:p>
    <w:p>
      <w:pPr>
        <w:spacing w:after="120" w:line="259" w:lineRule="auto"/>
        <w:ind w:left="360"/>
        <w:jc w:val="both"/>
      </w:pPr>
      <w:r>
        <w:rPr>
          <w:rFonts w:ascii="EB Garamond" w:hAnsi="EB Garamond" w:eastAsia="EB Garamond" w:cs="EB Garamond"/>
          <w:b w:val="0"/>
          <w:i/>
          <w:color w:val="182126"/>
          <w:sz w:val="21"/>
        </w:rPr>
        <w:t>But I'm still a bit unsure because earlier thoughts conflict. Let me try another method: writing out the word in capital letters without spaces—STRWBBERRRY? No—that's not right. Wait no, it should be STRAWBERRY.</w:t>
      </w:r>
    </w:p>
    <w:p>
      <w:pPr>
        <w:spacing w:after="120" w:line="259" w:lineRule="auto"/>
        <w:ind w:left="360"/>
        <w:jc w:val="both"/>
      </w:pPr>
      <w:r>
        <w:rPr>
          <w:rFonts w:ascii="EB Garamond" w:hAnsi="EB Garamond" w:eastAsia="EB Garamond" w:cs="EB Garamond"/>
          <w:b w:val="0"/>
          <w:i/>
          <w:color w:val="182126"/>
          <w:sz w:val="21"/>
        </w:rPr>
        <w:t>Wait no, let's break down "strawberry" correctly letter by letter:</w:t>
      </w:r>
    </w:p>
    <w:p>
      <w:pPr>
        <w:spacing w:after="120" w:line="259" w:lineRule="auto"/>
        <w:ind w:left="360"/>
        <w:jc w:val="both"/>
      </w:pPr>
      <w:r>
        <w:rPr>
          <w:rFonts w:ascii="EB Garamond" w:hAnsi="EB Garamond" w:eastAsia="EB Garamond" w:cs="EB Garamond"/>
          <w:b w:val="0"/>
          <w:i/>
          <w:color w:val="182126"/>
          <w:sz w:val="21"/>
        </w:rPr>
        <w:t>S-T-R-A-W-B-E-R-R-Y</w:t>
      </w:r>
    </w:p>
    <w:p>
      <w:pPr>
        <w:spacing w:after="120" w:line="259" w:lineRule="auto"/>
        <w:ind w:left="360"/>
        <w:jc w:val="both"/>
      </w:pPr>
      <w:r>
        <w:rPr>
          <w:rFonts w:ascii="EB Garamond" w:hAnsi="EB Garamond" w:eastAsia="EB Garamond" w:cs="EB Garamond"/>
          <w:b w:val="0"/>
          <w:i/>
          <w:color w:val="182126"/>
          <w:sz w:val="21"/>
        </w:rPr>
        <w:t>So that makes the following sequence:</w:t>
      </w:r>
    </w:p>
    <w:p>
      <w:pPr>
        <w:spacing w:after="120" w:line="259" w:lineRule="auto"/>
        <w:ind w:left="360"/>
        <w:jc w:val="both"/>
      </w:pPr>
      <w:r>
        <w:rPr>
          <w:rFonts w:ascii="EB Garamond" w:hAnsi="EB Garamond" w:eastAsia="EB Garamond" w:cs="EB Garamond"/>
          <w:b w:val="0"/>
          <w:i/>
          <w:color w:val="182126"/>
          <w:sz w:val="21"/>
        </w:rPr>
        <w:t>1: S</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2: T</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3: R</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4: A</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5: W</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6: B</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7: E</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8: R</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9: R</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10: Y</w:t>
      </w:r>
    </w:p>
    <w:p>
      <w:pPr>
        <w:spacing w:after="120" w:line="259" w:lineRule="auto"/>
        <w:ind w:left="360"/>
        <w:jc w:val="both"/>
      </w:pPr>
      <w:r>
        <w:rPr>
          <w:rFonts w:ascii="EB Garamond" w:hAnsi="EB Garamond" w:eastAsia="EB Garamond" w:cs="EB Garamond"/>
          <w:b w:val="0"/>
          <w:i/>
          <w:color w:val="182126"/>
          <w:sz w:val="21"/>
        </w:rPr>
        <w:t>Therefore, positions 3, 8, and 9 are Rs. So total of three Rs.</w:t>
      </w:r>
    </w:p>
    <w:p>
      <w:pPr>
        <w:spacing w:after="120" w:line="259" w:lineRule="auto"/>
        <w:ind w:left="360"/>
        <w:jc w:val="both"/>
      </w:pPr>
      <w:r>
        <w:rPr>
          <w:rFonts w:ascii="EB Garamond" w:hAnsi="EB Garamond" w:eastAsia="EB Garamond" w:cs="EB Garamond"/>
          <w:b w:val="0"/>
          <w:i/>
          <w:color w:val="182126"/>
          <w:sz w:val="21"/>
        </w:rPr>
        <w:t>Wait but I'm pretty certain that in standard English spelling, 'strawberry' has only one R at the beginning and then two Rs near the end as a double R, making it three letters—hence three Rs. But maybe in some spellings or dialects, they use just one R after E?</w:t>
      </w:r>
    </w:p>
    <w:p>
      <w:pPr>
        <w:spacing w:after="120" w:line="259" w:lineRule="auto"/>
        <w:ind w:left="360"/>
        <w:jc w:val="both"/>
      </w:pPr>
      <w:r>
        <w:rPr>
          <w:rFonts w:ascii="EB Garamond" w:hAnsi="EB Garamond" w:eastAsia="EB Garamond" w:cs="EB Garamond"/>
          <w:b w:val="0"/>
          <w:i/>
          <w:color w:val="182126"/>
          <w:sz w:val="21"/>
        </w:rPr>
        <w:t>But no, the correct spelling is S-T-R-A-W-B-E-R-R-Y, with three Rs.</w:t>
      </w:r>
    </w:p>
    <w:p>
      <w:pPr>
        <w:spacing w:after="120" w:line="259" w:lineRule="auto"/>
        <w:ind w:left="360"/>
        <w:jc w:val="both"/>
      </w:pPr>
      <w:r>
        <w:rPr>
          <w:rFonts w:ascii="EB Garamond" w:hAnsi="EB Garamond" w:eastAsia="EB Garamond" w:cs="EB Garamond"/>
          <w:b w:val="0"/>
          <w:i/>
          <w:color w:val="182126"/>
          <w:sz w:val="21"/>
        </w:rPr>
        <w:t>Wait no, let me check an actual dictionary to confirm. According to Merriam-Webster or Oxford dictionaries, 'strawberry' is spelled as S-T-R-A-W-B-E-R-R-Y. Therefore, it has three Rs: one at position 3, and then two more R letters at positions 8 and 9.</w:t>
      </w:r>
    </w:p>
    <w:p>
      <w:pPr>
        <w:spacing w:after="120" w:line="259" w:lineRule="auto"/>
        <w:ind w:left="360"/>
        <w:jc w:val="both"/>
      </w:pPr>
      <w:r>
        <w:rPr>
          <w:rFonts w:ascii="EB Garamond" w:hAnsi="EB Garamond" w:eastAsia="EB Garamond" w:cs="EB Garamond"/>
          <w:b w:val="0"/>
          <w:i/>
          <w:color w:val="182126"/>
          <w:sz w:val="21"/>
        </w:rPr>
        <w:t>Wait, but that would mean R appears three times in total. So the correct answer should be three.</w:t>
      </w:r>
    </w:p>
    <w:p>
      <w:pPr>
        <w:spacing w:after="120" w:line="259" w:lineRule="auto"/>
        <w:ind w:left="360"/>
        <w:jc w:val="both"/>
      </w:pPr>
      <w:r>
        <w:rPr>
          <w:rFonts w:ascii="EB Garamond" w:hAnsi="EB Garamond" w:eastAsia="EB Garamond" w:cs="EB Garamond"/>
          <w:b w:val="0"/>
          <w:i/>
          <w:color w:val="182126"/>
          <w:sz w:val="21"/>
        </w:rPr>
        <w:t>Wait a minute—I'm really confused now because when I think of the word, I don't recall hearing it with three distinct Rs. It's usually one R early on and then a doubled R at the end, making two separate sounds: one R after W and then RR near Y.</w:t>
      </w:r>
    </w:p>
    <w:p>
      <w:pPr>
        <w:spacing w:after="120" w:line="259" w:lineRule="auto"/>
        <w:ind w:left="360"/>
        <w:jc w:val="both"/>
      </w:pPr>
      <w:r>
        <w:rPr>
          <w:rFonts w:ascii="EB Garamond" w:hAnsi="EB Garamond" w:eastAsia="EB Garamond" w:cs="EB Garamond"/>
          <w:b w:val="0"/>
          <w:i/>
          <w:color w:val="182126"/>
          <w:sz w:val="21"/>
        </w:rPr>
        <w:t>Therefore, perhaps in terms of letters, there are three Rs regardless of pronunciation. So the answer is three.</w:t>
      </w:r>
    </w:p>
    <w:p>
      <w:pPr>
        <w:spacing w:after="120" w:line="259" w:lineRule="auto"/>
        <w:ind w:left="360"/>
        <w:jc w:val="both"/>
      </w:pPr>
      <w:r>
        <w:rPr>
          <w:rFonts w:ascii="EB Garamond" w:hAnsi="EB Garamond" w:eastAsia="EB Garamond" w:cs="EB Garamond"/>
          <w:b w:val="0"/>
          <w:i/>
          <w:color w:val="182126"/>
          <w:sz w:val="21"/>
        </w:rPr>
        <w:t>But to be thorough, let me just try to visualize it again:</w:t>
      </w:r>
    </w:p>
    <w:p>
      <w:pPr>
        <w:spacing w:after="120" w:line="259" w:lineRule="auto"/>
        <w:ind w:left="360"/>
        <w:jc w:val="both"/>
      </w:pPr>
      <w:r>
        <w:rPr>
          <w:rFonts w:ascii="EB Garamond" w:hAnsi="EB Garamond" w:eastAsia="EB Garamond" w:cs="EB Garamond"/>
          <w:b w:val="0"/>
          <w:i/>
          <w:color w:val="182126"/>
          <w:sz w:val="21"/>
        </w:rPr>
        <w:t>Strawberry S-T-R-A-W-B-E-R-R-Y</w:t>
      </w:r>
    </w:p>
    <w:p>
      <w:pPr>
        <w:spacing w:after="120" w:line="259" w:lineRule="auto"/>
        <w:ind w:left="360"/>
        <w:jc w:val="both"/>
      </w:pPr>
      <w:r>
        <w:rPr>
          <w:rFonts w:ascii="EB Garamond" w:hAnsi="EB Garamond" w:eastAsia="EB Garamond" w:cs="EB Garamond"/>
          <w:b w:val="0"/>
          <w:i/>
          <w:color w:val="182126"/>
          <w:sz w:val="21"/>
        </w:rPr>
        <w:t>Letters: 10 letters.</w:t>
      </w:r>
    </w:p>
    <w:p>
      <w:pPr>
        <w:spacing w:after="120" w:line="259" w:lineRule="auto"/>
        <w:ind w:left="360"/>
        <w:jc w:val="both"/>
      </w:pPr>
      <w:r>
        <w:rPr>
          <w:rFonts w:ascii="EB Garamond" w:hAnsi="EB Garamond" w:eastAsia="EB Garamond" w:cs="EB Garamond"/>
          <w:b w:val="0"/>
          <w:i/>
          <w:color w:val="182126"/>
          <w:sz w:val="21"/>
        </w:rPr>
        <w:t>R occurs at position 3 (first R), then after E, which is position 7 comes B, then E at 7? Wait no—let's see:</w:t>
      </w:r>
    </w:p>
    <w:p>
      <w:pPr>
        <w:spacing w:after="120" w:line="259" w:lineRule="auto"/>
        <w:ind w:left="360"/>
        <w:jc w:val="both"/>
      </w:pPr>
      <w:r>
        <w:rPr>
          <w:rFonts w:ascii="EB Garamond" w:hAnsi="EB Garamond" w:eastAsia="EB Garamond" w:cs="EB Garamond"/>
          <w:b w:val="0"/>
          <w:i/>
          <w:color w:val="182126"/>
          <w:sz w:val="21"/>
        </w:rPr>
        <w:t>Breaking down the word with indices:</w:t>
      </w:r>
    </w:p>
    <w:p>
      <w:pPr>
        <w:spacing w:after="120" w:line="259" w:lineRule="auto"/>
        <w:ind w:left="360"/>
        <w:jc w:val="both"/>
      </w:pPr>
      <w:r>
        <w:rPr>
          <w:rFonts w:ascii="EB Garamond" w:hAnsi="EB Garamond" w:eastAsia="EB Garamond" w:cs="EB Garamond"/>
          <w:b w:val="0"/>
          <w:i/>
          <w:color w:val="182126"/>
          <w:sz w:val="21"/>
        </w:rPr>
        <w:t>1: S</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2: T</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3: R</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4: A</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5: W</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6: B</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7: E</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8: R (this would be the first R after E)</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9: R (second R, creating the double R sound)</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t>10: Y</w:t>
      </w:r>
    </w:p>
    <w:p>
      <w:pPr>
        <w:spacing w:after="120" w:line="259" w:lineRule="auto"/>
        <w:ind w:left="360"/>
        <w:jc w:val="both"/>
      </w:pPr>
      <w:r>
        <w:rPr>
          <w:rFonts w:ascii="EB Garamond" w:hAnsi="EB Garamond" w:eastAsia="EB Garamond" w:cs="EB Garamond"/>
          <w:b w:val="0"/>
          <w:i/>
          <w:color w:val="182126"/>
          <w:sz w:val="21"/>
        </w:rPr>
        <w:t>So that's position 3 as R, and then positions 8 and 9 as two more Rs. So total of three Rs.</w:t>
      </w:r>
    </w:p>
    <w:p>
      <w:pPr>
        <w:spacing w:after="120" w:line="259" w:lineRule="auto"/>
        <w:ind w:left="360"/>
        <w:jc w:val="both"/>
      </w:pPr>
      <w:r>
        <w:rPr>
          <w:rFonts w:ascii="EB Garamond" w:hAnsi="EB Garamond" w:eastAsia="EB Garamond" w:cs="EB Garamond"/>
          <w:b w:val="0"/>
          <w:i/>
          <w:color w:val="182126"/>
          <w:sz w:val="21"/>
        </w:rPr>
        <w:t>Therefore, in the word 'strawberry', the letter R appears three times.</w:t>
      </w:r>
    </w:p>
    <w:p>
      <w:pPr>
        <w:spacing w:after="120" w:line="259" w:lineRule="auto"/>
        <w:ind w:left="360"/>
        <w:jc w:val="both"/>
      </w:pPr>
      <w:r>
        <w:rPr>
          <w:rFonts w:ascii="EB Garamond" w:hAnsi="EB Garamond" w:eastAsia="EB Garamond" w:cs="EB Garamond"/>
          <w:b w:val="0"/>
          <w:i/>
          <w:color w:val="182126"/>
          <w:sz w:val="21"/>
        </w:rPr>
        <w:t>That seems to be consistent when breaking down each letter individually without considering pronunciation or syllables.</w:t>
      </w:r>
      <w:r>
        <w:rPr>
          <w:rFonts w:ascii="EB Garamond" w:hAnsi="EB Garamond" w:eastAsia="EB Garamond" w:cs="EB Garamond"/>
          <w:b w:val="0"/>
          <w:i/>
          <w:color w:val="182126"/>
          <w:sz w:val="21"/>
        </w:rPr>
        <w:t xml:space="preserve"> </w:t>
      </w:r>
      <w:r>
        <w:rPr>
          <w:rFonts w:ascii="EB Garamond" w:hAnsi="EB Garamond" w:eastAsia="EB Garamond" w:cs="EB Garamond"/>
          <w:b w:val="0"/>
          <w:i/>
          <w:color w:val="182126"/>
          <w:sz w:val="21"/>
        </w:rPr>
      </w:r>
    </w:p>
    <w:p>
      <w:pPr>
        <w:spacing w:after="120" w:line="259" w:lineRule="auto"/>
        <w:ind w:left="360"/>
        <w:jc w:val="both"/>
      </w:pPr>
      <w:r>
        <w:rPr>
          <w:rFonts w:ascii="EB Garamond" w:hAnsi="EB Garamond" w:eastAsia="EB Garamond" w:cs="EB Garamond"/>
          <w:b w:val="0"/>
          <w:i/>
          <w:color w:val="182126"/>
          <w:sz w:val="21"/>
        </w:rPr>
        <w:t>The letter 'R' appears twice in the word "strawberry".</w:t>
      </w:r>
    </w:p>
    <w:p>
      <w:pPr>
        <w:spacing w:after="120" w:line="259" w:lineRule="auto"/>
        <w:ind w:left="360"/>
        <w:jc w:val="both"/>
      </w:pPr>
      <w:r>
        <w:rPr>
          <w:rFonts w:ascii="EB Garamond" w:hAnsi="EB Garamond" w:eastAsia="EB Garamond" w:cs="EB Garamond"/>
          <w:b/>
          <w:i/>
          <w:color w:val="182126"/>
          <w:sz w:val="21"/>
        </w:rPr>
        <w:t>Answer: The letter 'r' occurs two times in the word "strawberry".</w:t>
      </w:r>
    </w:p>
    <w:p>
      <w:pPr>
        <w:spacing w:after="120" w:line="259" w:lineRule="auto"/>
        <w:ind w:left="360"/>
        <w:jc w:val="both"/>
      </w:pPr>
      <w:r>
        <w:rPr>
          <w:rFonts w:ascii="EB Garamond" w:hAnsi="EB Garamond" w:eastAsia="EB Garamond" w:cs="EB Garamond"/>
          <w:b w:val="0"/>
          <w:i/>
          <w:color w:val="182126"/>
          <w:sz w:val="21"/>
        </w:rPr>
        <w:t>― Deepseek-R1 32B</w:t>
      </w:r>
    </w:p>
    <w:p>
      <w:pPr>
        <w:spacing w:after="116" w:line="259" w:lineRule="auto"/>
        <w:jc w:val="both"/>
      </w:pPr>
      <w:r>
        <w:rPr>
          <w:rFonts w:ascii="EB Garamond" w:hAnsi="EB Garamond" w:eastAsia="EB Garamond" w:cs="EB Garamond"/>
          <w:b w:val="0"/>
          <w:i w:val="0"/>
          <w:color w:val="182126"/>
          <w:sz w:val="21"/>
        </w:rPr>
        <w:t>As you can see the incredible amount of thinking that occurred her by the model did not help with the answer.</w:t>
      </w:r>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10" w:history="1">
        <w:r>
          <w:rPr>
            <w:rFonts w:ascii="EB Garamond" w:hAnsi="EB Garamond" w:eastAsia="EB Garamond" w:cs="EB Garamond"/>
            <w:b w:val="0"/>
            <w:i/>
            <w:color w:val="285B67"/>
            <w:sz w:val="17"/>
          </w:rPr>
          <w:t>https://www.provos.org/p/deepseek-and-the-strawberry/</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31 January 2025</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provos.org/p/deepseek-and-the-strawber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Deepseek and the Strawberry</dc:title>
  <dc:subject>Observe the thinking process of Deepseek-R1-Qwen-32B as it tries to figure out how many times the letter r appears in Strawberry.</dc:subject>
  <dc:creator>Niels Provos</dc:creator>
  <cp:keywords>artificial intelligence, AI tools</cp:keywords>
  <dc:description>generated by python-docx</dc:description>
  <cp:lastModifiedBy/>
  <cp:revision>1</cp:revision>
  <dcterms:created xsi:type="dcterms:W3CDTF">2025-01-31T00:00:00Z</dcterms:created>
  <dcterms:modified xsi:type="dcterms:W3CDTF">2025-01-31T00:00:00Z</dcterms:modified>
  <cp:category/>
</cp:coreProperties>
</file>